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117"/>
        <w:tblW w:w="9889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837"/>
      </w:tblGrid>
      <w:tr w:rsidR="00C72110" w14:paraId="633E7515" w14:textId="77777777" w:rsidTr="00C72110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B7A9" w14:textId="77777777" w:rsidR="00C72110" w:rsidRDefault="00C72110" w:rsidP="00C72110">
            <w:pPr>
              <w:jc w:val="center"/>
              <w:rPr>
                <w:sz w:val="22"/>
              </w:rPr>
            </w:pPr>
            <w:bookmarkStart w:id="0" w:name="_GoBack"/>
            <w:bookmarkEnd w:id="0"/>
            <w:r>
              <w:rPr>
                <w:noProof/>
                <w:sz w:val="22"/>
              </w:rPr>
              <w:drawing>
                <wp:anchor distT="0" distB="0" distL="114300" distR="114300" simplePos="0" relativeHeight="251658752" behindDoc="1" locked="0" layoutInCell="1" allowOverlap="1" wp14:anchorId="498FD87C" wp14:editId="2E70E2C4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C17F53" w14:textId="77777777" w:rsidR="00C72110" w:rsidRDefault="00C72110" w:rsidP="00C72110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C72110" w14:paraId="2D17A289" w14:textId="77777777" w:rsidTr="00C72110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8FFA" w14:textId="77777777" w:rsidR="00C72110" w:rsidRDefault="00C72110" w:rsidP="00C72110">
            <w:pPr>
              <w:rPr>
                <w:sz w:val="22"/>
              </w:rPr>
            </w:pP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86527F" w14:textId="77777777" w:rsidR="00C72110" w:rsidRDefault="00C72110" w:rsidP="00C72110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C72110" w14:paraId="4ED5B066" w14:textId="77777777" w:rsidTr="00C72110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37C9" w14:textId="77777777" w:rsidR="00C72110" w:rsidRDefault="00C72110" w:rsidP="00C72110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24007F1" w14:textId="77777777" w:rsidR="00C72110" w:rsidRDefault="00C72110" w:rsidP="00C72110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7D6E03" w14:textId="77777777" w:rsidR="00C72110" w:rsidRDefault="00C72110" w:rsidP="00C72110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1FF22B2E" w14:textId="77777777" w:rsidR="00C72110" w:rsidRDefault="00C72110" w:rsidP="00C72110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286F3F21" w14:textId="77777777" w:rsidR="00C72110" w:rsidRDefault="00C72110" w:rsidP="00C72110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C72110" w14:paraId="602DBE99" w14:textId="77777777" w:rsidTr="00C72110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29F8" w14:textId="77777777" w:rsidR="00C72110" w:rsidRDefault="00C72110" w:rsidP="00C72110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DA00509" w14:textId="77777777" w:rsidR="00C72110" w:rsidRDefault="00C72110" w:rsidP="00C72110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1EEDDA27" w14:textId="77777777" w:rsidR="00C72110" w:rsidRDefault="00C72110" w:rsidP="00C72110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25D6C045" w14:textId="77777777" w:rsidR="00C72110" w:rsidRDefault="00C72110" w:rsidP="00C72110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9AD016" w14:textId="77777777" w:rsidR="00C72110" w:rsidRDefault="00C72110" w:rsidP="00C72110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C72110" w14:paraId="520FF752" w14:textId="77777777" w:rsidTr="00C72110">
        <w:trPr>
          <w:trHeight w:val="229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5CEEB" w14:textId="77777777" w:rsidR="00C72110" w:rsidRDefault="00C72110" w:rsidP="00C72110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2FEC3810" w14:textId="77777777" w:rsidR="00C72110" w:rsidRDefault="00C72110" w:rsidP="00C72110">
      <w:pPr>
        <w:spacing w:before="80" w:after="40"/>
        <w:rPr>
          <w:b/>
          <w:sz w:val="28"/>
          <w:lang w:val="fr-FR"/>
        </w:rPr>
      </w:pPr>
    </w:p>
    <w:p w14:paraId="4EBA8A78" w14:textId="77777777" w:rsidR="00C72110" w:rsidRDefault="00C72110" w:rsidP="00C72110">
      <w:pPr>
        <w:spacing w:before="80" w:after="60"/>
        <w:rPr>
          <w:b/>
        </w:rPr>
      </w:pPr>
    </w:p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E708A9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E708A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E708A9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E708A9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E708A9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E708A9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E708A9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E708A9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E708A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E708A9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E708A9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E708A9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E708A9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E708A9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E708A9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E708A9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E708A9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E708A9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E708A9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E708A9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E708A9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E708A9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</w:t>
            </w:r>
            <w:r w:rsidRPr="00F8517F">
              <w:rPr>
                <w:sz w:val="16"/>
                <w:lang w:val="fr-FR"/>
              </w:rPr>
              <w:t xml:space="preserve">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E708A9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E708A9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E708A9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E708A9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E708A9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E708A9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9CD4F" w14:textId="77777777" w:rsidR="00E708A9" w:rsidRDefault="00E708A9">
      <w:r>
        <w:separator/>
      </w:r>
    </w:p>
  </w:endnote>
  <w:endnote w:type="continuationSeparator" w:id="0">
    <w:p w14:paraId="2ACC8E31" w14:textId="77777777" w:rsidR="00E708A9" w:rsidRDefault="00E70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1C55B" w14:textId="77777777" w:rsidR="00E708A9" w:rsidRDefault="00E708A9">
      <w:r>
        <w:separator/>
      </w:r>
    </w:p>
  </w:footnote>
  <w:footnote w:type="continuationSeparator" w:id="0">
    <w:p w14:paraId="6E6A0DCB" w14:textId="77777777" w:rsidR="00E708A9" w:rsidRDefault="00E70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72110"/>
    <w:rsid w:val="00CB0664"/>
    <w:rsid w:val="00E25052"/>
    <w:rsid w:val="00E61A6B"/>
    <w:rsid w:val="00E708A9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721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2ADF4A-FB5F-4BA3-B9F7-888730218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272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2026-09-23T10:09:00Z</dcterms:modified>
  <cp:category/>
</cp:coreProperties>
</file>